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1F81E" w14:textId="77777777" w:rsidR="008C6D35" w:rsidRDefault="00000000">
      <w:pPr>
        <w:pStyle w:val="Nagwek1"/>
      </w:pPr>
      <w:r>
        <w:t>KARTA ZGŁOSZENIA / ENTRY FORM</w:t>
      </w:r>
    </w:p>
    <w:p w14:paraId="22D88053" w14:textId="77777777" w:rsidR="008C6D35" w:rsidRDefault="00000000">
      <w:r>
        <w:rPr>
          <w:b/>
        </w:rPr>
        <w:t>Konkurs fotograficzny „Forma słowa, forma obrazu”</w:t>
      </w:r>
      <w:r>
        <w:rPr>
          <w:b/>
        </w:rPr>
        <w:br/>
      </w:r>
      <w:r>
        <w:rPr>
          <w:i/>
        </w:rPr>
        <w:t>Photography competition “Form of the Word, Form of the Image”</w:t>
      </w:r>
    </w:p>
    <w:p w14:paraId="66BFB96E" w14:textId="77777777" w:rsidR="008C6D35" w:rsidRDefault="008C6D35"/>
    <w:p w14:paraId="6439A386" w14:textId="77777777" w:rsidR="008C6D35" w:rsidRDefault="00000000">
      <w:pPr>
        <w:pStyle w:val="Nagwek2"/>
      </w:pPr>
      <w:r>
        <w:t>Dane uczestnika / Participant’s details</w:t>
      </w:r>
    </w:p>
    <w:p w14:paraId="12434178" w14:textId="77777777" w:rsidR="008C6D35" w:rsidRDefault="00000000">
      <w:r>
        <w:rPr>
          <w:b/>
        </w:rPr>
        <w:t xml:space="preserve">Imię i nazwisko: </w:t>
      </w:r>
      <w:r>
        <w:rPr>
          <w:i/>
        </w:rPr>
        <w:t>Full name</w:t>
      </w:r>
    </w:p>
    <w:p w14:paraId="393360C0" w14:textId="77777777" w:rsidR="008C6D35" w:rsidRDefault="00000000">
      <w:r>
        <w:rPr>
          <w:b/>
        </w:rPr>
        <w:t xml:space="preserve">Data urodzenia: </w:t>
      </w:r>
      <w:r>
        <w:rPr>
          <w:i/>
        </w:rPr>
        <w:t>Date of birth</w:t>
      </w:r>
    </w:p>
    <w:p w14:paraId="03137C85" w14:textId="77777777" w:rsidR="008C6D35" w:rsidRDefault="00000000">
      <w:r>
        <w:rPr>
          <w:b/>
        </w:rPr>
        <w:t xml:space="preserve">Adres: </w:t>
      </w:r>
      <w:r>
        <w:rPr>
          <w:i/>
        </w:rPr>
        <w:t>Address</w:t>
      </w:r>
    </w:p>
    <w:p w14:paraId="1D9CBAD5" w14:textId="77777777" w:rsidR="008C6D35" w:rsidRDefault="00000000">
      <w:r>
        <w:rPr>
          <w:b/>
        </w:rPr>
        <w:t xml:space="preserve">Telefon: </w:t>
      </w:r>
      <w:r>
        <w:rPr>
          <w:i/>
        </w:rPr>
        <w:t>Phone number</w:t>
      </w:r>
    </w:p>
    <w:p w14:paraId="20B83FEB" w14:textId="77777777" w:rsidR="008C6D35" w:rsidRDefault="00000000">
      <w:r>
        <w:rPr>
          <w:b/>
        </w:rPr>
        <w:t xml:space="preserve">E-mail: </w:t>
      </w:r>
      <w:r>
        <w:rPr>
          <w:i/>
        </w:rPr>
        <w:t>E-mail</w:t>
      </w:r>
    </w:p>
    <w:p w14:paraId="5778F03D" w14:textId="77777777" w:rsidR="008C6D35" w:rsidRDefault="008C6D35"/>
    <w:p w14:paraId="55A53424" w14:textId="77777777" w:rsidR="008C6D35" w:rsidRDefault="00000000">
      <w:pPr>
        <w:pStyle w:val="Nagwek2"/>
      </w:pPr>
      <w:r>
        <w:t>Zgłaszane prace / Submitted works</w:t>
      </w:r>
    </w:p>
    <w:p w14:paraId="3DCE3D11" w14:textId="77777777" w:rsidR="008C6D35" w:rsidRDefault="00000000">
      <w:r>
        <w:t>Każdy uczestnik może zgłosić od 1 do 3 zdjęć.</w:t>
      </w:r>
      <w:r>
        <w:br/>
      </w:r>
      <w:r>
        <w:rPr>
          <w:i/>
        </w:rPr>
        <w:t>Each participant may submit 1 to 3 photographs.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8C6D35" w14:paraId="10FA12EA" w14:textId="77777777">
        <w:tc>
          <w:tcPr>
            <w:tcW w:w="2160" w:type="dxa"/>
          </w:tcPr>
          <w:p w14:paraId="2C0995E9" w14:textId="77777777" w:rsidR="008C6D35" w:rsidRDefault="00000000">
            <w:r>
              <w:t>Numer pracy / Work no.</w:t>
            </w:r>
          </w:p>
        </w:tc>
        <w:tc>
          <w:tcPr>
            <w:tcW w:w="2160" w:type="dxa"/>
          </w:tcPr>
          <w:p w14:paraId="06C8D23B" w14:textId="77777777" w:rsidR="008C6D35" w:rsidRDefault="00000000">
            <w:r>
              <w:t>Tytuł / Title</w:t>
            </w:r>
          </w:p>
        </w:tc>
        <w:tc>
          <w:tcPr>
            <w:tcW w:w="2160" w:type="dxa"/>
          </w:tcPr>
          <w:p w14:paraId="6135D8F4" w14:textId="77777777" w:rsidR="008C6D35" w:rsidRDefault="00000000">
            <w:r>
              <w:t>Cytat / Quotation no.</w:t>
            </w:r>
          </w:p>
        </w:tc>
        <w:tc>
          <w:tcPr>
            <w:tcW w:w="2160" w:type="dxa"/>
          </w:tcPr>
          <w:p w14:paraId="69D0F955" w14:textId="77777777" w:rsidR="008C6D35" w:rsidRDefault="00000000">
            <w:r>
              <w:t>Opis pliku / File name</w:t>
            </w:r>
          </w:p>
        </w:tc>
      </w:tr>
      <w:tr w:rsidR="008C6D35" w14:paraId="0ADD055F" w14:textId="77777777">
        <w:tc>
          <w:tcPr>
            <w:tcW w:w="2160" w:type="dxa"/>
          </w:tcPr>
          <w:p w14:paraId="64B45719" w14:textId="77777777" w:rsidR="008C6D35" w:rsidRDefault="00000000">
            <w:r>
              <w:t>1</w:t>
            </w:r>
          </w:p>
        </w:tc>
        <w:tc>
          <w:tcPr>
            <w:tcW w:w="2160" w:type="dxa"/>
          </w:tcPr>
          <w:p w14:paraId="757E4DD8" w14:textId="77777777" w:rsidR="008C6D35" w:rsidRDefault="008C6D35"/>
        </w:tc>
        <w:tc>
          <w:tcPr>
            <w:tcW w:w="2160" w:type="dxa"/>
          </w:tcPr>
          <w:p w14:paraId="097D49AA" w14:textId="77777777" w:rsidR="008C6D35" w:rsidRDefault="008C6D35"/>
        </w:tc>
        <w:tc>
          <w:tcPr>
            <w:tcW w:w="2160" w:type="dxa"/>
          </w:tcPr>
          <w:p w14:paraId="267FAB58" w14:textId="77777777" w:rsidR="008C6D35" w:rsidRDefault="008C6D35"/>
        </w:tc>
      </w:tr>
      <w:tr w:rsidR="008C6D35" w14:paraId="5CD321E5" w14:textId="77777777">
        <w:tc>
          <w:tcPr>
            <w:tcW w:w="2160" w:type="dxa"/>
          </w:tcPr>
          <w:p w14:paraId="5C23BC0A" w14:textId="77777777" w:rsidR="008C6D35" w:rsidRDefault="00000000">
            <w:r>
              <w:t>2</w:t>
            </w:r>
          </w:p>
        </w:tc>
        <w:tc>
          <w:tcPr>
            <w:tcW w:w="2160" w:type="dxa"/>
          </w:tcPr>
          <w:p w14:paraId="61F1C41E" w14:textId="77777777" w:rsidR="008C6D35" w:rsidRDefault="008C6D35"/>
        </w:tc>
        <w:tc>
          <w:tcPr>
            <w:tcW w:w="2160" w:type="dxa"/>
          </w:tcPr>
          <w:p w14:paraId="12FD8FBD" w14:textId="77777777" w:rsidR="008C6D35" w:rsidRDefault="008C6D35"/>
        </w:tc>
        <w:tc>
          <w:tcPr>
            <w:tcW w:w="2160" w:type="dxa"/>
          </w:tcPr>
          <w:p w14:paraId="247FFB29" w14:textId="77777777" w:rsidR="008C6D35" w:rsidRDefault="008C6D35"/>
        </w:tc>
      </w:tr>
      <w:tr w:rsidR="008C6D35" w14:paraId="051E10D6" w14:textId="77777777">
        <w:tc>
          <w:tcPr>
            <w:tcW w:w="2160" w:type="dxa"/>
          </w:tcPr>
          <w:p w14:paraId="2AC82B67" w14:textId="77777777" w:rsidR="008C6D35" w:rsidRDefault="00000000">
            <w:r>
              <w:t>3</w:t>
            </w:r>
          </w:p>
        </w:tc>
        <w:tc>
          <w:tcPr>
            <w:tcW w:w="2160" w:type="dxa"/>
          </w:tcPr>
          <w:p w14:paraId="5C35E6C2" w14:textId="77777777" w:rsidR="008C6D35" w:rsidRDefault="008C6D35"/>
        </w:tc>
        <w:tc>
          <w:tcPr>
            <w:tcW w:w="2160" w:type="dxa"/>
          </w:tcPr>
          <w:p w14:paraId="1AE2803D" w14:textId="77777777" w:rsidR="008C6D35" w:rsidRDefault="008C6D35"/>
        </w:tc>
        <w:tc>
          <w:tcPr>
            <w:tcW w:w="2160" w:type="dxa"/>
          </w:tcPr>
          <w:p w14:paraId="7E5E5CE1" w14:textId="77777777" w:rsidR="008C6D35" w:rsidRDefault="008C6D35"/>
        </w:tc>
      </w:tr>
    </w:tbl>
    <w:p w14:paraId="6D78A733" w14:textId="77777777" w:rsidR="008C6D35" w:rsidRDefault="008C6D35"/>
    <w:p w14:paraId="48B337FA" w14:textId="77777777" w:rsidR="008C6D35" w:rsidRDefault="00000000">
      <w:pPr>
        <w:pStyle w:val="Nagwek2"/>
      </w:pPr>
      <w:r>
        <w:t>Oświadczenia / Declarations</w:t>
      </w:r>
    </w:p>
    <w:p w14:paraId="1E7753C1" w14:textId="77777777" w:rsidR="008C6D35" w:rsidRDefault="00000000">
      <w:r>
        <w:t>☐ Oświadczam, że jestem autorem zgłaszanych prac i posiadam pełne prawa autorskie.</w:t>
      </w:r>
      <w:r>
        <w:br/>
      </w:r>
      <w:r>
        <w:rPr>
          <w:i/>
        </w:rPr>
        <w:t>I declare that I am the author of the submitted works and hold full copyright.</w:t>
      </w:r>
    </w:p>
    <w:p w14:paraId="62D4D619" w14:textId="77777777" w:rsidR="008C6D35" w:rsidRDefault="00000000">
      <w:r>
        <w:t>☐ Wyrażam zgodę na przetwarzanie moich danych osobowych w celu przeprowadzenia konkursu.</w:t>
      </w:r>
      <w:r>
        <w:br/>
      </w:r>
      <w:r>
        <w:rPr>
          <w:i/>
        </w:rPr>
        <w:t>I consent to the processing of my personal data for the purpose of the competition.</w:t>
      </w:r>
    </w:p>
    <w:p w14:paraId="1A2665C2" w14:textId="77777777" w:rsidR="008C6D35" w:rsidRDefault="00000000">
      <w:r>
        <w:t>☐ Akceptuję regulamin konkursu.</w:t>
      </w:r>
      <w:r>
        <w:br/>
      </w:r>
      <w:r>
        <w:rPr>
          <w:i/>
        </w:rPr>
        <w:t>I accept the competition rules.</w:t>
      </w:r>
    </w:p>
    <w:p w14:paraId="4E1A93CD" w14:textId="77777777" w:rsidR="008C6D35" w:rsidRDefault="008C6D35"/>
    <w:p w14:paraId="6CA4EE85" w14:textId="77777777" w:rsidR="008C6D35" w:rsidRDefault="00000000">
      <w:r>
        <w:br/>
        <w:t>...........................................</w:t>
      </w:r>
      <w:r>
        <w:br/>
      </w:r>
      <w:r>
        <w:rPr>
          <w:i/>
        </w:rPr>
        <w:t>Podpis uczestnika / Participant’s signature</w:t>
      </w:r>
    </w:p>
    <w:sectPr w:rsidR="008C6D35" w:rsidSect="0059714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439454">
    <w:abstractNumId w:val="8"/>
  </w:num>
  <w:num w:numId="2" w16cid:durableId="1418018404">
    <w:abstractNumId w:val="6"/>
  </w:num>
  <w:num w:numId="3" w16cid:durableId="1419011835">
    <w:abstractNumId w:val="5"/>
  </w:num>
  <w:num w:numId="4" w16cid:durableId="1814324135">
    <w:abstractNumId w:val="4"/>
  </w:num>
  <w:num w:numId="5" w16cid:durableId="1562785844">
    <w:abstractNumId w:val="7"/>
  </w:num>
  <w:num w:numId="6" w16cid:durableId="470172248">
    <w:abstractNumId w:val="3"/>
  </w:num>
  <w:num w:numId="7" w16cid:durableId="90054221">
    <w:abstractNumId w:val="2"/>
  </w:num>
  <w:num w:numId="8" w16cid:durableId="2020305295">
    <w:abstractNumId w:val="1"/>
  </w:num>
  <w:num w:numId="9" w16cid:durableId="1615868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19E8"/>
    <w:rsid w:val="0029639D"/>
    <w:rsid w:val="00326F90"/>
    <w:rsid w:val="0059714A"/>
    <w:rsid w:val="008C6D35"/>
    <w:rsid w:val="00AA1D8D"/>
    <w:rsid w:val="00B47730"/>
    <w:rsid w:val="00CB0664"/>
    <w:rsid w:val="00D01C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6B7CF"/>
  <w14:defaultImageDpi w14:val="300"/>
  <w15:docId w15:val="{42826112-EBBB-4D56-B0D9-3632DB783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SŁAWOMIR GRZANEK</cp:lastModifiedBy>
  <cp:revision>2</cp:revision>
  <dcterms:created xsi:type="dcterms:W3CDTF">2025-09-20T21:44:00Z</dcterms:created>
  <dcterms:modified xsi:type="dcterms:W3CDTF">2025-09-20T21:44:00Z</dcterms:modified>
  <cp:category/>
</cp:coreProperties>
</file>