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25ED" w14:textId="77777777" w:rsidR="00E27834" w:rsidRPr="00F66017" w:rsidRDefault="00000000">
      <w:pPr>
        <w:spacing w:after="20"/>
        <w:jc w:val="center"/>
        <w:rPr>
          <w:sz w:val="24"/>
          <w:szCs w:val="24"/>
        </w:rPr>
      </w:pPr>
      <w:r w:rsidRPr="00F66017">
        <w:rPr>
          <w:b/>
          <w:sz w:val="24"/>
          <w:szCs w:val="24"/>
        </w:rPr>
        <w:t>MIĘDZYNARODOWA OTWARTA WYSTAWA FOTOGRAFICZNA</w:t>
      </w:r>
    </w:p>
    <w:p w14:paraId="7E14C7D1" w14:textId="77777777" w:rsidR="00E27834" w:rsidRDefault="00000000">
      <w:pPr>
        <w:spacing w:after="20"/>
        <w:jc w:val="center"/>
      </w:pPr>
      <w:r>
        <w:rPr>
          <w:b/>
          <w:sz w:val="28"/>
        </w:rPr>
        <w:t>„POCZĄTEK CHAOSU” / “THE BEGINNING OF CHAOS”</w:t>
      </w:r>
    </w:p>
    <w:p w14:paraId="7E428B24" w14:textId="77777777" w:rsidR="00E27834" w:rsidRPr="00F66017" w:rsidRDefault="00000000">
      <w:pPr>
        <w:spacing w:after="20"/>
        <w:jc w:val="center"/>
        <w:rPr>
          <w:sz w:val="22"/>
        </w:rPr>
      </w:pPr>
      <w:r w:rsidRPr="00F66017">
        <w:rPr>
          <w:b/>
          <w:sz w:val="22"/>
        </w:rPr>
        <w:t>GALERIA WITRYNA / WITRYNA GALLERY</w:t>
      </w:r>
    </w:p>
    <w:p w14:paraId="59E0EBC6" w14:textId="77777777" w:rsidR="00E27834" w:rsidRPr="002D2D0A" w:rsidRDefault="00E27834">
      <w:pPr>
        <w:spacing w:after="20"/>
        <w:rPr>
          <w:szCs w:val="16"/>
        </w:rPr>
      </w:pPr>
    </w:p>
    <w:p w14:paraId="24C1E2F9" w14:textId="77777777" w:rsidR="00E27834" w:rsidRPr="00F66017" w:rsidRDefault="00000000">
      <w:pPr>
        <w:spacing w:before="60"/>
        <w:rPr>
          <w:sz w:val="24"/>
          <w:szCs w:val="24"/>
        </w:rPr>
      </w:pPr>
      <w:r w:rsidRPr="00F66017">
        <w:rPr>
          <w:b/>
          <w:sz w:val="24"/>
          <w:szCs w:val="24"/>
        </w:rPr>
        <w:t>1. DANE AUTORA / PARTICIPANT INFORMATION</w:t>
      </w:r>
    </w:p>
    <w:p w14:paraId="3D2D2E58" w14:textId="69676EE1" w:rsidR="00E27834" w:rsidRPr="002D2D0A" w:rsidRDefault="00000000">
      <w:pPr>
        <w:spacing w:after="100"/>
        <w:rPr>
          <w:szCs w:val="16"/>
        </w:rPr>
      </w:pPr>
      <w:r w:rsidRPr="00F66017">
        <w:rPr>
          <w:sz w:val="24"/>
          <w:szCs w:val="24"/>
        </w:rPr>
        <w:t>Imię i nazwisko / First and Last Name: ________________________________________________________</w:t>
      </w:r>
      <w:r w:rsidR="00804229">
        <w:rPr>
          <w:sz w:val="24"/>
          <w:szCs w:val="24"/>
        </w:rPr>
        <w:t>__________________</w:t>
      </w:r>
      <w:r w:rsidRPr="00F66017">
        <w:rPr>
          <w:sz w:val="24"/>
          <w:szCs w:val="24"/>
        </w:rPr>
        <w:t>__</w:t>
      </w:r>
      <w:r w:rsidR="00804229">
        <w:rPr>
          <w:sz w:val="24"/>
          <w:szCs w:val="24"/>
        </w:rPr>
        <w:br/>
      </w:r>
    </w:p>
    <w:p w14:paraId="03E81696" w14:textId="51FBD290" w:rsidR="00E27834" w:rsidRPr="00F66017" w:rsidRDefault="00000000">
      <w:pPr>
        <w:spacing w:after="100"/>
        <w:rPr>
          <w:sz w:val="24"/>
          <w:szCs w:val="24"/>
        </w:rPr>
      </w:pPr>
      <w:r w:rsidRPr="00F66017">
        <w:rPr>
          <w:sz w:val="24"/>
          <w:szCs w:val="24"/>
        </w:rPr>
        <w:t>E-mail: __________________________</w:t>
      </w:r>
      <w:r w:rsidR="00804229">
        <w:rPr>
          <w:sz w:val="24"/>
          <w:szCs w:val="24"/>
        </w:rPr>
        <w:t>___________________________</w:t>
      </w:r>
      <w:r w:rsidRPr="00F66017">
        <w:rPr>
          <w:sz w:val="24"/>
          <w:szCs w:val="24"/>
        </w:rPr>
        <w:t xml:space="preserve">________________ </w:t>
      </w:r>
      <w:r w:rsidR="00804229">
        <w:rPr>
          <w:sz w:val="24"/>
          <w:szCs w:val="24"/>
        </w:rPr>
        <w:br/>
      </w:r>
      <w:r w:rsidR="00804229">
        <w:rPr>
          <w:sz w:val="24"/>
          <w:szCs w:val="24"/>
        </w:rPr>
        <w:br/>
      </w:r>
      <w:proofErr w:type="spellStart"/>
      <w:r w:rsidRPr="00F66017">
        <w:rPr>
          <w:sz w:val="24"/>
          <w:szCs w:val="24"/>
        </w:rPr>
        <w:t>Telefon</w:t>
      </w:r>
      <w:proofErr w:type="spellEnd"/>
      <w:r w:rsidRPr="00F66017">
        <w:rPr>
          <w:sz w:val="24"/>
          <w:szCs w:val="24"/>
        </w:rPr>
        <w:t xml:space="preserve"> / Telephone: _________________________</w:t>
      </w:r>
      <w:r w:rsidR="00804229">
        <w:rPr>
          <w:sz w:val="24"/>
          <w:szCs w:val="24"/>
        </w:rPr>
        <w:t>____________________________</w:t>
      </w:r>
      <w:r w:rsidRPr="00F66017">
        <w:rPr>
          <w:sz w:val="24"/>
          <w:szCs w:val="24"/>
        </w:rPr>
        <w:t>_</w:t>
      </w:r>
      <w:r w:rsidR="00804229">
        <w:rPr>
          <w:sz w:val="24"/>
          <w:szCs w:val="24"/>
        </w:rPr>
        <w:br/>
      </w:r>
      <w:r w:rsidR="00804229">
        <w:rPr>
          <w:sz w:val="24"/>
          <w:szCs w:val="24"/>
        </w:rPr>
        <w:br/>
      </w:r>
      <w:r w:rsidRPr="00F66017">
        <w:rPr>
          <w:sz w:val="24"/>
          <w:szCs w:val="24"/>
        </w:rPr>
        <w:t>Kraj / Country: ____________________________________________________________</w:t>
      </w:r>
    </w:p>
    <w:p w14:paraId="79B725AC" w14:textId="77777777" w:rsidR="00E27834" w:rsidRPr="00F66017" w:rsidRDefault="00000000">
      <w:pPr>
        <w:spacing w:before="60"/>
        <w:rPr>
          <w:sz w:val="24"/>
          <w:szCs w:val="24"/>
        </w:rPr>
      </w:pPr>
      <w:r w:rsidRPr="00F66017">
        <w:rPr>
          <w:b/>
          <w:sz w:val="24"/>
          <w:szCs w:val="24"/>
        </w:rPr>
        <w:t>2. INFORMACJE O PRACY / WORK INFORMATION</w:t>
      </w:r>
    </w:p>
    <w:p w14:paraId="022D25A2" w14:textId="77777777" w:rsidR="00E27834" w:rsidRPr="00F66017" w:rsidRDefault="00000000">
      <w:pPr>
        <w:spacing w:after="100"/>
        <w:rPr>
          <w:sz w:val="24"/>
          <w:szCs w:val="24"/>
        </w:rPr>
      </w:pPr>
      <w:r w:rsidRPr="00F66017">
        <w:rPr>
          <w:sz w:val="24"/>
          <w:szCs w:val="24"/>
        </w:rPr>
        <w:t>Tytuł fotografii / Title: _________________________________________________________________________</w:t>
      </w:r>
    </w:p>
    <w:p w14:paraId="19096BEE" w14:textId="62FB4EBF" w:rsidR="00E27834" w:rsidRPr="00F66017" w:rsidRDefault="00000000">
      <w:pPr>
        <w:spacing w:after="100"/>
        <w:rPr>
          <w:sz w:val="24"/>
          <w:szCs w:val="24"/>
        </w:rPr>
      </w:pPr>
      <w:r w:rsidRPr="00F66017">
        <w:rPr>
          <w:sz w:val="24"/>
          <w:szCs w:val="24"/>
        </w:rPr>
        <w:t xml:space="preserve">Rok </w:t>
      </w:r>
      <w:proofErr w:type="spellStart"/>
      <w:r w:rsidRPr="00F66017">
        <w:rPr>
          <w:sz w:val="24"/>
          <w:szCs w:val="24"/>
        </w:rPr>
        <w:t>wykonania</w:t>
      </w:r>
      <w:proofErr w:type="spellEnd"/>
      <w:r w:rsidRPr="00F66017">
        <w:rPr>
          <w:sz w:val="24"/>
          <w:szCs w:val="24"/>
        </w:rPr>
        <w:t xml:space="preserve"> / Year: __________________</w:t>
      </w:r>
      <w:r w:rsidR="00804229">
        <w:rPr>
          <w:sz w:val="24"/>
          <w:szCs w:val="24"/>
        </w:rPr>
        <w:t>________________________________</w:t>
      </w:r>
      <w:r w:rsidRPr="00F66017">
        <w:rPr>
          <w:sz w:val="24"/>
          <w:szCs w:val="24"/>
        </w:rPr>
        <w:t>____</w:t>
      </w:r>
      <w:r w:rsidR="00804229">
        <w:rPr>
          <w:sz w:val="24"/>
          <w:szCs w:val="24"/>
        </w:rPr>
        <w:br/>
      </w:r>
      <w:r w:rsidR="00804229">
        <w:rPr>
          <w:sz w:val="24"/>
          <w:szCs w:val="24"/>
        </w:rPr>
        <w:br/>
      </w:r>
      <w:proofErr w:type="spellStart"/>
      <w:r w:rsidRPr="00F66017">
        <w:rPr>
          <w:sz w:val="24"/>
          <w:szCs w:val="24"/>
        </w:rPr>
        <w:t>Miejsce</w:t>
      </w:r>
      <w:proofErr w:type="spellEnd"/>
      <w:r w:rsidRPr="00F66017">
        <w:rPr>
          <w:sz w:val="24"/>
          <w:szCs w:val="24"/>
        </w:rPr>
        <w:t xml:space="preserve"> / Place (optional): ___________________</w:t>
      </w:r>
      <w:r w:rsidR="00804229">
        <w:rPr>
          <w:sz w:val="24"/>
          <w:szCs w:val="24"/>
        </w:rPr>
        <w:t>_________________________</w:t>
      </w:r>
      <w:r w:rsidRPr="00F66017">
        <w:rPr>
          <w:sz w:val="24"/>
          <w:szCs w:val="24"/>
        </w:rPr>
        <w:t>_______</w:t>
      </w:r>
    </w:p>
    <w:p w14:paraId="197E4628" w14:textId="77777777" w:rsidR="00E27834" w:rsidRPr="00F66017" w:rsidRDefault="00000000">
      <w:pPr>
        <w:spacing w:after="100"/>
        <w:rPr>
          <w:sz w:val="24"/>
          <w:szCs w:val="24"/>
        </w:rPr>
      </w:pPr>
      <w:r w:rsidRPr="00F66017">
        <w:rPr>
          <w:sz w:val="24"/>
          <w:szCs w:val="24"/>
        </w:rPr>
        <w:t>Opis / Description (optional): ____________________________________________________________________</w:t>
      </w:r>
    </w:p>
    <w:p w14:paraId="13D76C2D" w14:textId="77777777" w:rsidR="00804229" w:rsidRDefault="00804229">
      <w:pPr>
        <w:spacing w:before="60"/>
        <w:rPr>
          <w:sz w:val="24"/>
          <w:szCs w:val="24"/>
        </w:rPr>
      </w:pPr>
    </w:p>
    <w:p w14:paraId="3346EE29" w14:textId="5E08D4C5" w:rsidR="00E27834" w:rsidRPr="00804229" w:rsidRDefault="00000000">
      <w:pPr>
        <w:spacing w:before="60"/>
        <w:rPr>
          <w:sz w:val="22"/>
        </w:rPr>
      </w:pPr>
      <w:r w:rsidRPr="00804229">
        <w:rPr>
          <w:b/>
          <w:sz w:val="22"/>
        </w:rPr>
        <w:t>3. OŚWIADCZENIA / DECLARATIONS</w:t>
      </w:r>
    </w:p>
    <w:p w14:paraId="432B71A9" w14:textId="77777777" w:rsidR="00E27834" w:rsidRPr="00804229" w:rsidRDefault="00000000">
      <w:pPr>
        <w:ind w:left="113"/>
        <w:rPr>
          <w:sz w:val="22"/>
        </w:rPr>
      </w:pPr>
      <w:r w:rsidRPr="00804229">
        <w:rPr>
          <w:sz w:val="22"/>
        </w:rPr>
        <w:t>☐ Zapoznałem/am się z Regulaminem Wystawy i w pełni go akceptuję. / I have read and fully accept the Exhibition Regulations.</w:t>
      </w:r>
    </w:p>
    <w:p w14:paraId="74B44745" w14:textId="77777777" w:rsidR="00E27834" w:rsidRPr="00804229" w:rsidRDefault="00000000">
      <w:pPr>
        <w:ind w:left="113"/>
        <w:rPr>
          <w:sz w:val="22"/>
        </w:rPr>
      </w:pPr>
      <w:r w:rsidRPr="00804229">
        <w:rPr>
          <w:sz w:val="22"/>
        </w:rPr>
        <w:t>☐ Jestem autorem/autorką pracy i posiadam prawa autorskie wymagane przez Regulamin. / I am the author and hold the copyright required under the Regulations.</w:t>
      </w:r>
    </w:p>
    <w:p w14:paraId="431F0AF7" w14:textId="77777777" w:rsidR="00E27834" w:rsidRPr="00804229" w:rsidRDefault="00000000">
      <w:pPr>
        <w:ind w:left="113"/>
        <w:rPr>
          <w:sz w:val="22"/>
        </w:rPr>
      </w:pPr>
      <w:r w:rsidRPr="00804229">
        <w:rPr>
          <w:sz w:val="22"/>
        </w:rPr>
        <w:t>☐ Praca nie została wygenerowana, współtworzona ani istotnie zmodyfikowana przy użyciu AI / Generative AI. / The work has not been generated, co-created or substantially modified using AI / Generative AI.</w:t>
      </w:r>
    </w:p>
    <w:p w14:paraId="18F48AF6" w14:textId="77777777" w:rsidR="00E27834" w:rsidRPr="00804229" w:rsidRDefault="00000000">
      <w:pPr>
        <w:ind w:left="113"/>
        <w:rPr>
          <w:sz w:val="22"/>
        </w:rPr>
      </w:pPr>
      <w:r w:rsidRPr="00804229">
        <w:rPr>
          <w:sz w:val="22"/>
        </w:rPr>
        <w:t>☐ Wyrażam zgodę na nieodpłatne wykorzystanie fotografii przez Organizatora w celu organizacji, promocji, dokumentacji i archiwizacji Wystawy. / I grant the Organizer royalty-free permission to use the photograph for these purposes.</w:t>
      </w:r>
    </w:p>
    <w:p w14:paraId="7883C20D" w14:textId="77777777" w:rsidR="00E27834" w:rsidRPr="00804229" w:rsidRDefault="00000000">
      <w:pPr>
        <w:ind w:left="113"/>
        <w:rPr>
          <w:sz w:val="22"/>
        </w:rPr>
      </w:pPr>
      <w:r w:rsidRPr="00804229">
        <w:rPr>
          <w:sz w:val="22"/>
        </w:rPr>
        <w:t>☐ Wyrażam zgodę na anonimową publikację fotografii w internetowej galerii głosowania publiczności. / I consent to anonymous publication in the online Audience Award gallery.</w:t>
      </w:r>
    </w:p>
    <w:p w14:paraId="3963BACA" w14:textId="0F39A5AF" w:rsidR="00E27834" w:rsidRPr="00804229" w:rsidRDefault="00F66017">
      <w:pPr>
        <w:spacing w:before="60"/>
        <w:rPr>
          <w:sz w:val="22"/>
        </w:rPr>
      </w:pPr>
      <w:r w:rsidRPr="00804229">
        <w:rPr>
          <w:b/>
          <w:sz w:val="22"/>
        </w:rPr>
        <w:t>4</w:t>
      </w:r>
      <w:r w:rsidR="00000000" w:rsidRPr="00804229">
        <w:rPr>
          <w:b/>
          <w:sz w:val="22"/>
        </w:rPr>
        <w:t>. POTWIERDZENIE / CONFIRMATION</w:t>
      </w:r>
    </w:p>
    <w:p w14:paraId="4201BA4A" w14:textId="77777777" w:rsidR="00E27834" w:rsidRPr="00F66017" w:rsidRDefault="00000000">
      <w:pPr>
        <w:spacing w:after="160"/>
        <w:rPr>
          <w:sz w:val="24"/>
          <w:szCs w:val="24"/>
        </w:rPr>
      </w:pPr>
      <w:r w:rsidRPr="00804229">
        <w:rPr>
          <w:sz w:val="22"/>
        </w:rPr>
        <w:t>Oświadczam, że podane dane są prawdziwe, a zgłoszona fotografia spełnia wymagania Regulaminu. / I declare that the information provided is true and that the submitted photograph complies with the Exhibition Regulations.</w:t>
      </w:r>
    </w:p>
    <w:p w14:paraId="2F456FD9" w14:textId="77777777" w:rsidR="00804229" w:rsidRDefault="00000000">
      <w:pPr>
        <w:rPr>
          <w:b/>
          <w:sz w:val="24"/>
          <w:szCs w:val="24"/>
        </w:rPr>
      </w:pPr>
      <w:r w:rsidRPr="00F66017">
        <w:rPr>
          <w:b/>
          <w:sz w:val="24"/>
          <w:szCs w:val="24"/>
        </w:rPr>
        <w:t xml:space="preserve">Imię i </w:t>
      </w:r>
      <w:proofErr w:type="spellStart"/>
      <w:r w:rsidRPr="00F66017">
        <w:rPr>
          <w:b/>
          <w:sz w:val="24"/>
          <w:szCs w:val="24"/>
        </w:rPr>
        <w:t>nazwisko</w:t>
      </w:r>
      <w:proofErr w:type="spellEnd"/>
      <w:r w:rsidRPr="00F66017">
        <w:rPr>
          <w:b/>
          <w:sz w:val="24"/>
          <w:szCs w:val="24"/>
        </w:rPr>
        <w:t xml:space="preserve"> / Name: ____________________________________</w:t>
      </w:r>
      <w:r w:rsidR="00804229">
        <w:rPr>
          <w:b/>
          <w:sz w:val="24"/>
          <w:szCs w:val="24"/>
        </w:rPr>
        <w:br/>
      </w:r>
    </w:p>
    <w:p w14:paraId="575479BB" w14:textId="3B0F6C2A" w:rsidR="00E27834" w:rsidRPr="00F66017" w:rsidRDefault="00000000">
      <w:pPr>
        <w:rPr>
          <w:sz w:val="24"/>
          <w:szCs w:val="24"/>
        </w:rPr>
      </w:pPr>
      <w:r w:rsidRPr="00F66017">
        <w:rPr>
          <w:b/>
          <w:sz w:val="24"/>
          <w:szCs w:val="24"/>
        </w:rPr>
        <w:t>Data / Date: __________________</w:t>
      </w:r>
    </w:p>
    <w:p w14:paraId="5ECED465" w14:textId="780DCCD0" w:rsidR="00E27834" w:rsidRPr="00F66017" w:rsidRDefault="00000000" w:rsidP="00804229">
      <w:pPr>
        <w:jc w:val="right"/>
        <w:rPr>
          <w:sz w:val="24"/>
          <w:szCs w:val="24"/>
        </w:rPr>
      </w:pPr>
      <w:proofErr w:type="spellStart"/>
      <w:r w:rsidRPr="00F66017">
        <w:rPr>
          <w:b/>
          <w:sz w:val="24"/>
          <w:szCs w:val="24"/>
        </w:rPr>
        <w:t>Podpis</w:t>
      </w:r>
      <w:proofErr w:type="spellEnd"/>
      <w:r w:rsidRPr="00F66017">
        <w:rPr>
          <w:b/>
          <w:sz w:val="24"/>
          <w:szCs w:val="24"/>
        </w:rPr>
        <w:t xml:space="preserve"> / Signature: _____</w:t>
      </w:r>
      <w:r w:rsidR="00804229">
        <w:rPr>
          <w:b/>
          <w:sz w:val="24"/>
          <w:szCs w:val="24"/>
        </w:rPr>
        <w:t>_______</w:t>
      </w:r>
      <w:r w:rsidRPr="00F66017">
        <w:rPr>
          <w:b/>
          <w:sz w:val="24"/>
          <w:szCs w:val="24"/>
        </w:rPr>
        <w:t>_____________</w:t>
      </w:r>
    </w:p>
    <w:p w14:paraId="0AA4C5C1" w14:textId="77777777" w:rsidR="00804229" w:rsidRDefault="00804229">
      <w:pPr>
        <w:jc w:val="center"/>
        <w:rPr>
          <w:b/>
          <w:sz w:val="20"/>
          <w:szCs w:val="20"/>
        </w:rPr>
      </w:pPr>
    </w:p>
    <w:p w14:paraId="3FB72240" w14:textId="64ED9CC9" w:rsidR="00E27834" w:rsidRPr="00804229" w:rsidRDefault="00000000">
      <w:pPr>
        <w:jc w:val="center"/>
        <w:rPr>
          <w:sz w:val="20"/>
          <w:szCs w:val="20"/>
        </w:rPr>
      </w:pPr>
      <w:proofErr w:type="spellStart"/>
      <w:r w:rsidRPr="00804229">
        <w:rPr>
          <w:b/>
          <w:sz w:val="20"/>
          <w:szCs w:val="20"/>
        </w:rPr>
        <w:t>Łódzkie</w:t>
      </w:r>
      <w:proofErr w:type="spellEnd"/>
      <w:r w:rsidRPr="00804229">
        <w:rPr>
          <w:b/>
          <w:sz w:val="20"/>
          <w:szCs w:val="20"/>
        </w:rPr>
        <w:t xml:space="preserve"> </w:t>
      </w:r>
      <w:proofErr w:type="spellStart"/>
      <w:r w:rsidRPr="00804229">
        <w:rPr>
          <w:b/>
          <w:sz w:val="20"/>
          <w:szCs w:val="20"/>
        </w:rPr>
        <w:t>Towarzystwo</w:t>
      </w:r>
      <w:proofErr w:type="spellEnd"/>
      <w:r w:rsidRPr="00804229">
        <w:rPr>
          <w:b/>
          <w:sz w:val="20"/>
          <w:szCs w:val="20"/>
        </w:rPr>
        <w:t xml:space="preserve"> </w:t>
      </w:r>
      <w:proofErr w:type="spellStart"/>
      <w:r w:rsidRPr="00804229">
        <w:rPr>
          <w:b/>
          <w:sz w:val="20"/>
          <w:szCs w:val="20"/>
        </w:rPr>
        <w:t>Fotograficzne</w:t>
      </w:r>
      <w:proofErr w:type="spellEnd"/>
      <w:r w:rsidR="00F66017" w:rsidRPr="00804229">
        <w:rPr>
          <w:b/>
          <w:sz w:val="20"/>
          <w:szCs w:val="20"/>
        </w:rPr>
        <w:t xml:space="preserve"> </w:t>
      </w:r>
      <w:r w:rsidRPr="00804229">
        <w:rPr>
          <w:b/>
          <w:sz w:val="20"/>
          <w:szCs w:val="20"/>
        </w:rPr>
        <w:t>ul. Piotrkowska 102</w:t>
      </w:r>
      <w:r w:rsidR="00F66017" w:rsidRPr="00804229">
        <w:rPr>
          <w:b/>
          <w:sz w:val="20"/>
          <w:szCs w:val="20"/>
        </w:rPr>
        <w:t xml:space="preserve">, </w:t>
      </w:r>
      <w:r w:rsidRPr="00804229">
        <w:rPr>
          <w:b/>
          <w:sz w:val="20"/>
          <w:szCs w:val="20"/>
        </w:rPr>
        <w:t xml:space="preserve">90-004 </w:t>
      </w:r>
      <w:proofErr w:type="spellStart"/>
      <w:r w:rsidRPr="00804229">
        <w:rPr>
          <w:b/>
          <w:sz w:val="20"/>
          <w:szCs w:val="20"/>
        </w:rPr>
        <w:t>Łódź</w:t>
      </w:r>
      <w:proofErr w:type="spellEnd"/>
      <w:r w:rsidR="00F66017" w:rsidRPr="00804229">
        <w:rPr>
          <w:b/>
          <w:sz w:val="20"/>
          <w:szCs w:val="20"/>
        </w:rPr>
        <w:t xml:space="preserve">, </w:t>
      </w:r>
      <w:r w:rsidRPr="00804229">
        <w:rPr>
          <w:b/>
          <w:sz w:val="20"/>
          <w:szCs w:val="20"/>
        </w:rPr>
        <w:t>Poland</w:t>
      </w:r>
      <w:r w:rsidR="00F66017" w:rsidRPr="00804229">
        <w:rPr>
          <w:b/>
          <w:sz w:val="20"/>
          <w:szCs w:val="20"/>
        </w:rPr>
        <w:t xml:space="preserve">, </w:t>
      </w:r>
      <w:hyperlink r:id="rId6" w:history="1">
        <w:r w:rsidR="00F66017" w:rsidRPr="00804229">
          <w:rPr>
            <w:rStyle w:val="Hipercze"/>
            <w:b/>
            <w:sz w:val="20"/>
            <w:szCs w:val="20"/>
          </w:rPr>
          <w:t>ltf@ltf.com.pl</w:t>
        </w:r>
      </w:hyperlink>
      <w:r w:rsidR="00F66017" w:rsidRPr="00804229">
        <w:rPr>
          <w:b/>
          <w:sz w:val="20"/>
          <w:szCs w:val="20"/>
        </w:rPr>
        <w:t xml:space="preserve"> / </w:t>
      </w:r>
      <w:r w:rsidRPr="00804229">
        <w:rPr>
          <w:b/>
          <w:sz w:val="20"/>
          <w:szCs w:val="20"/>
        </w:rPr>
        <w:t>www.ltf.com.pl</w:t>
      </w:r>
    </w:p>
    <w:sectPr w:rsidR="00E27834" w:rsidRPr="00804229" w:rsidSect="00034616">
      <w:pgSz w:w="11906" w:h="16838"/>
      <w:pgMar w:top="680" w:right="850" w:bottom="68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3910455">
    <w:abstractNumId w:val="8"/>
  </w:num>
  <w:num w:numId="2" w16cid:durableId="1520050761">
    <w:abstractNumId w:val="6"/>
  </w:num>
  <w:num w:numId="3" w16cid:durableId="1971325145">
    <w:abstractNumId w:val="5"/>
  </w:num>
  <w:num w:numId="4" w16cid:durableId="1762332697">
    <w:abstractNumId w:val="4"/>
  </w:num>
  <w:num w:numId="5" w16cid:durableId="2146388728">
    <w:abstractNumId w:val="7"/>
  </w:num>
  <w:num w:numId="6" w16cid:durableId="1236017733">
    <w:abstractNumId w:val="3"/>
  </w:num>
  <w:num w:numId="7" w16cid:durableId="1486583490">
    <w:abstractNumId w:val="2"/>
  </w:num>
  <w:num w:numId="8" w16cid:durableId="802118499">
    <w:abstractNumId w:val="1"/>
  </w:num>
  <w:num w:numId="9" w16cid:durableId="533929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2D0A"/>
    <w:rsid w:val="00326F90"/>
    <w:rsid w:val="004430B0"/>
    <w:rsid w:val="00804229"/>
    <w:rsid w:val="00AA1D8D"/>
    <w:rsid w:val="00B47730"/>
    <w:rsid w:val="00CB0664"/>
    <w:rsid w:val="00E27834"/>
    <w:rsid w:val="00F6601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8EAB3E"/>
  <w14:defaultImageDpi w14:val="300"/>
  <w15:docId w15:val="{6B5F7A86-36C2-4E34-A93C-6578A63E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40"/>
    </w:pPr>
    <w:rPr>
      <w:rFonts w:ascii="Arial" w:hAnsi="Arial"/>
      <w:sz w:val="1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F6601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0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tf@ltf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SŁAWOMIR GRZANEK</cp:lastModifiedBy>
  <cp:revision>2</cp:revision>
  <dcterms:created xsi:type="dcterms:W3CDTF">2026-09-07T22:55:00Z</dcterms:created>
  <dcterms:modified xsi:type="dcterms:W3CDTF">2026-09-07T22:55:00Z</dcterms:modified>
  <cp:category/>
</cp:coreProperties>
</file>